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404EC" w14:textId="77777777" w:rsidR="002A242C" w:rsidRDefault="000829D2">
      <w:pPr>
        <w:spacing w:after="240"/>
        <w:jc w:val="center"/>
      </w:pPr>
      <w:r>
        <w:rPr>
          <w:noProof/>
        </w:rPr>
        <w:drawing>
          <wp:inline distT="0" distB="0" distL="0" distR="0" wp14:anchorId="7EE1E96C" wp14:editId="3BC4CB99">
            <wp:extent cx="5940000" cy="121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denna_banner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2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DD2C2" w14:textId="77777777" w:rsidR="002A242C" w:rsidRPr="005250A2" w:rsidRDefault="000829D2">
      <w:pPr>
        <w:pStyle w:val="Ttulo"/>
        <w:jc w:val="center"/>
        <w:rPr>
          <w:lang w:val="es-CL"/>
        </w:rPr>
      </w:pPr>
      <w:r w:rsidRPr="005250A2">
        <w:rPr>
          <w:lang w:val="es-CL"/>
        </w:rPr>
        <w:t>Formulario de Postulación</w:t>
      </w:r>
    </w:p>
    <w:p w14:paraId="64FB5496" w14:textId="77777777" w:rsidR="002A242C" w:rsidRPr="005250A2" w:rsidRDefault="000829D2">
      <w:pPr>
        <w:spacing w:after="240"/>
        <w:jc w:val="center"/>
        <w:rPr>
          <w:lang w:val="es-CL"/>
        </w:rPr>
      </w:pPr>
      <w:r w:rsidRPr="005250A2">
        <w:rPr>
          <w:b/>
          <w:sz w:val="22"/>
          <w:lang w:val="es-CL"/>
        </w:rPr>
        <w:t>Concurso Imágenes CEDENNA 2026</w:t>
      </w:r>
    </w:p>
    <w:p w14:paraId="18E8DEDA" w14:textId="77777777" w:rsidR="002A242C" w:rsidRDefault="000829D2">
      <w:pPr>
        <w:spacing w:after="200"/>
      </w:pPr>
      <w:proofErr w:type="spellStart"/>
      <w:r>
        <w:rPr>
          <w:b/>
        </w:rPr>
        <w:t>Fecha</w:t>
      </w:r>
      <w:proofErr w:type="spellEnd"/>
      <w:r>
        <w:rPr>
          <w:b/>
        </w:rPr>
        <w:t xml:space="preserve"> de </w:t>
      </w:r>
      <w:proofErr w:type="spellStart"/>
      <w:proofErr w:type="gramStart"/>
      <w:r>
        <w:rPr>
          <w:b/>
        </w:rPr>
        <w:t>postulación</w:t>
      </w:r>
      <w:proofErr w:type="spellEnd"/>
      <w:r>
        <w:rPr>
          <w:b/>
        </w:rPr>
        <w:t xml:space="preserve">  </w:t>
      </w:r>
      <w:r>
        <w:t>_</w:t>
      </w:r>
      <w:proofErr w:type="gramEnd"/>
      <w:r>
        <w:t>___ / ____ / 2026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2A242C" w14:paraId="56B62519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shd w:val="clear" w:color="auto" w:fill="9EC4E3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38BA1B4D" w14:textId="77777777" w:rsidR="002A242C" w:rsidRDefault="000829D2">
            <w:pPr>
              <w:spacing w:after="0"/>
            </w:pPr>
            <w:r>
              <w:rPr>
                <w:b/>
              </w:rPr>
              <w:t>1 Persona autora principal</w:t>
            </w:r>
          </w:p>
        </w:tc>
      </w:tr>
      <w:tr w:rsidR="002A242C" w14:paraId="2551648F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4BA1EE7" w14:textId="77777777" w:rsidR="002A242C" w:rsidRDefault="000829D2">
            <w:pPr>
              <w:spacing w:after="0"/>
            </w:pPr>
            <w:r>
              <w:rPr>
                <w:b/>
              </w:rPr>
              <w:t>Nombre completo</w:t>
            </w:r>
          </w:p>
          <w:p w14:paraId="13405033" w14:textId="77777777" w:rsidR="002A242C" w:rsidRDefault="000829D2">
            <w:r>
              <w:t xml:space="preserve"> </w:t>
            </w:r>
          </w:p>
        </w:tc>
      </w:tr>
      <w:tr w:rsidR="002A242C" w14:paraId="5721A24B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E8B85FC" w14:textId="77777777" w:rsidR="002A242C" w:rsidRDefault="000829D2">
            <w:pPr>
              <w:spacing w:after="0"/>
            </w:pPr>
            <w:r>
              <w:rPr>
                <w:b/>
              </w:rPr>
              <w:t>RUT o pasaporte</w:t>
            </w:r>
          </w:p>
          <w:p w14:paraId="099FEBB1" w14:textId="77777777" w:rsidR="002A242C" w:rsidRDefault="000829D2">
            <w:r>
              <w:t xml:space="preserve"> </w:t>
            </w:r>
          </w:p>
        </w:tc>
      </w:tr>
      <w:tr w:rsidR="002A242C" w14:paraId="2C11793D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405BEB8A" w14:textId="77777777" w:rsidR="002A242C" w:rsidRDefault="000829D2">
            <w:pPr>
              <w:spacing w:after="0"/>
            </w:pPr>
            <w:r>
              <w:rPr>
                <w:b/>
              </w:rPr>
              <w:t>Rol o vínculo con CEDENNA</w:t>
            </w:r>
          </w:p>
          <w:p w14:paraId="2167F43D" w14:textId="77777777" w:rsidR="002A242C" w:rsidRDefault="000829D2">
            <w:r>
              <w:t xml:space="preserve"> </w:t>
            </w:r>
          </w:p>
        </w:tc>
      </w:tr>
      <w:tr w:rsidR="002A242C" w14:paraId="7CEAF74B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564F207" w14:textId="77777777" w:rsidR="002A242C" w:rsidRDefault="000829D2">
            <w:pPr>
              <w:spacing w:after="0"/>
            </w:pPr>
            <w:r>
              <w:rPr>
                <w:b/>
              </w:rPr>
              <w:t>Área o grupo de investigación</w:t>
            </w:r>
          </w:p>
          <w:p w14:paraId="7CA5BA5A" w14:textId="77777777" w:rsidR="002A242C" w:rsidRDefault="000829D2">
            <w:r>
              <w:t xml:space="preserve"> </w:t>
            </w:r>
          </w:p>
        </w:tc>
      </w:tr>
      <w:tr w:rsidR="002A242C" w14:paraId="6B166617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5D1DE7F6" w14:textId="77777777" w:rsidR="002A242C" w:rsidRDefault="000829D2">
            <w:pPr>
              <w:spacing w:after="0"/>
            </w:pPr>
            <w:r>
              <w:rPr>
                <w:b/>
              </w:rPr>
              <w:t>Programa o carrera</w:t>
            </w:r>
          </w:p>
          <w:p w14:paraId="5F58C1F9" w14:textId="77777777" w:rsidR="002A242C" w:rsidRDefault="000829D2">
            <w:r>
              <w:t xml:space="preserve"> </w:t>
            </w:r>
          </w:p>
        </w:tc>
      </w:tr>
      <w:tr w:rsidR="002A242C" w14:paraId="747BA34A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55576B21" w14:textId="77777777" w:rsidR="002A242C" w:rsidRDefault="000829D2">
            <w:pPr>
              <w:spacing w:after="0"/>
            </w:pPr>
            <w:r>
              <w:rPr>
                <w:b/>
              </w:rPr>
              <w:t>Universidad o institución</w:t>
            </w:r>
          </w:p>
          <w:p w14:paraId="15B5A4B0" w14:textId="77777777" w:rsidR="002A242C" w:rsidRDefault="000829D2">
            <w:r>
              <w:t xml:space="preserve"> </w:t>
            </w:r>
          </w:p>
        </w:tc>
      </w:tr>
      <w:tr w:rsidR="002A242C" w14:paraId="765DF563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4634464B" w14:textId="77777777" w:rsidR="002A242C" w:rsidRDefault="000829D2">
            <w:pPr>
              <w:spacing w:after="0"/>
            </w:pPr>
            <w:r>
              <w:rPr>
                <w:b/>
              </w:rPr>
              <w:t>Correo electrónico</w:t>
            </w:r>
          </w:p>
          <w:p w14:paraId="5E798130" w14:textId="77777777" w:rsidR="002A242C" w:rsidRDefault="000829D2">
            <w:r>
              <w:t xml:space="preserve"> </w:t>
            </w:r>
          </w:p>
        </w:tc>
      </w:tr>
      <w:tr w:rsidR="002A242C" w14:paraId="0B2CF058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0D9BC6D6" w14:textId="77777777" w:rsidR="002A242C" w:rsidRDefault="000829D2">
            <w:pPr>
              <w:spacing w:after="0"/>
            </w:pPr>
            <w:r>
              <w:rPr>
                <w:b/>
              </w:rPr>
              <w:t>Teléfono de contacto</w:t>
            </w:r>
          </w:p>
          <w:p w14:paraId="2C27BA90" w14:textId="77777777" w:rsidR="002A242C" w:rsidRDefault="000829D2">
            <w:r>
              <w:t xml:space="preserve"> </w:t>
            </w:r>
          </w:p>
        </w:tc>
      </w:tr>
    </w:tbl>
    <w:p w14:paraId="560D2520" w14:textId="77777777" w:rsidR="002A242C" w:rsidRDefault="002A242C"/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2A242C" w14:paraId="726B9993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shd w:val="clear" w:color="auto" w:fill="9EC4E3"/>
            <w:tcMar>
              <w:top w:w="110" w:type="dxa"/>
              <w:left w:w="130" w:type="dxa"/>
              <w:bottom w:w="110" w:type="dxa"/>
              <w:right w:w="130" w:type="dxa"/>
            </w:tcMar>
          </w:tcPr>
          <w:p w14:paraId="51562F90" w14:textId="77777777" w:rsidR="002A242C" w:rsidRDefault="000829D2">
            <w:pPr>
              <w:spacing w:after="0"/>
            </w:pPr>
            <w:r>
              <w:rPr>
                <w:b/>
              </w:rPr>
              <w:t>2 Coautores o coautoras</w:t>
            </w:r>
          </w:p>
        </w:tc>
      </w:tr>
      <w:tr w:rsidR="002A242C" w:rsidRPr="005250A2" w14:paraId="1F765D9D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24EF9CAE" w14:textId="77777777" w:rsidR="002A242C" w:rsidRPr="005250A2" w:rsidRDefault="000829D2">
            <w:pPr>
              <w:spacing w:after="0"/>
              <w:rPr>
                <w:lang w:val="es-CL"/>
              </w:rPr>
            </w:pPr>
            <w:r w:rsidRPr="005250A2">
              <w:rPr>
                <w:b/>
                <w:lang w:val="es-CL"/>
              </w:rPr>
              <w:t>Nombre completo, RUT o pasaporte, institución y correo de cada coautor o coautora</w:t>
            </w:r>
          </w:p>
          <w:p w14:paraId="175A97DB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  <w:p w14:paraId="09805B78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  <w:p w14:paraId="1C41B2D5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</w:tc>
      </w:tr>
    </w:tbl>
    <w:p w14:paraId="1AF20769" w14:textId="77777777" w:rsidR="002A242C" w:rsidRPr="005250A2" w:rsidRDefault="000829D2">
      <w:pPr>
        <w:rPr>
          <w:lang w:val="es-CL"/>
        </w:rPr>
      </w:pPr>
      <w:r w:rsidRPr="005250A2">
        <w:rPr>
          <w:i/>
          <w:sz w:val="18"/>
          <w:lang w:val="es-CL"/>
        </w:rPr>
        <w:t>S</w:t>
      </w:r>
      <w:r w:rsidRPr="005250A2">
        <w:rPr>
          <w:i/>
          <w:sz w:val="18"/>
          <w:lang w:val="es-CL"/>
        </w:rPr>
        <w:t>i</w:t>
      </w:r>
      <w:r w:rsidRPr="005250A2">
        <w:rPr>
          <w:i/>
          <w:sz w:val="18"/>
          <w:lang w:val="es-CL"/>
        </w:rPr>
        <w:t xml:space="preserve"> necesita más espacio, adjunte una hoja adicional con los mismos datos.</w:t>
      </w:r>
    </w:p>
    <w:p w14:paraId="3E7B880B" w14:textId="40582CBC" w:rsidR="002A242C" w:rsidRPr="00BC395D" w:rsidRDefault="000829D2" w:rsidP="005250A2">
      <w:pPr>
        <w:rPr>
          <w:b/>
          <w:bCs/>
          <w:u w:val="single"/>
          <w:lang w:val="es-CL"/>
        </w:rPr>
      </w:pPr>
      <w:r w:rsidRPr="005250A2">
        <w:rPr>
          <w:lang w:val="es-CL"/>
        </w:rPr>
        <w:br w:type="page"/>
      </w:r>
      <w:r w:rsidRPr="00BC395D">
        <w:rPr>
          <w:b/>
          <w:bCs/>
          <w:u w:val="single"/>
          <w:lang w:val="es-CL"/>
        </w:rPr>
        <w:lastRenderedPageBreak/>
        <w:t>3</w:t>
      </w:r>
      <w:r w:rsidRPr="00BC395D">
        <w:rPr>
          <w:b/>
          <w:bCs/>
          <w:u w:val="single"/>
          <w:lang w:val="es-CL"/>
        </w:rPr>
        <w:t xml:space="preserve"> Datos de la obra</w:t>
      </w:r>
    </w:p>
    <w:p w14:paraId="241EEFB4" w14:textId="77777777" w:rsidR="002A242C" w:rsidRPr="005250A2" w:rsidRDefault="000829D2">
      <w:pPr>
        <w:rPr>
          <w:lang w:val="es-CL"/>
        </w:rPr>
      </w:pPr>
      <w:r w:rsidRPr="005250A2">
        <w:rPr>
          <w:i/>
          <w:lang w:val="es-CL"/>
        </w:rPr>
        <w:t>C</w:t>
      </w:r>
      <w:r w:rsidRPr="005250A2">
        <w:rPr>
          <w:i/>
          <w:lang w:val="es-CL"/>
        </w:rPr>
        <w:t>omplete esta sección por cada imagen postulada. Duplique la página si presenta más de una obra.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071"/>
      </w:tblGrid>
      <w:tr w:rsidR="002A242C" w:rsidRPr="005250A2" w14:paraId="2795D812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51DEA0D6" w14:textId="77777777" w:rsidR="002A242C" w:rsidRPr="005250A2" w:rsidRDefault="000829D2">
            <w:pPr>
              <w:spacing w:after="0"/>
              <w:rPr>
                <w:lang w:val="es-CL"/>
              </w:rPr>
            </w:pPr>
            <w:r w:rsidRPr="005250A2">
              <w:rPr>
                <w:b/>
                <w:lang w:val="es-CL"/>
              </w:rPr>
              <w:t>Título de la obra o imagen</w:t>
            </w:r>
          </w:p>
          <w:p w14:paraId="64CD006A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</w:tc>
      </w:tr>
      <w:tr w:rsidR="002A242C" w:rsidRPr="005250A2" w14:paraId="5CB57616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A8F0427" w14:textId="77777777" w:rsidR="002A242C" w:rsidRPr="005250A2" w:rsidRDefault="000829D2">
            <w:pPr>
              <w:spacing w:after="0"/>
              <w:rPr>
                <w:lang w:val="es-CL"/>
              </w:rPr>
            </w:pPr>
            <w:r w:rsidRPr="005250A2">
              <w:rPr>
                <w:b/>
                <w:lang w:val="es-CL"/>
              </w:rPr>
              <w:t>Descripción didáctica de máximo 350 caracteres incluidos los espacios</w:t>
            </w:r>
          </w:p>
          <w:p w14:paraId="1B9F2F4D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  <w:p w14:paraId="44E65C5D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  <w:p w14:paraId="547228E3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  <w:p w14:paraId="3A9762C8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</w:tc>
      </w:tr>
      <w:tr w:rsidR="002A242C" w:rsidRPr="005250A2" w14:paraId="1D721E9B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8800541" w14:textId="77777777" w:rsidR="002A242C" w:rsidRPr="005250A2" w:rsidRDefault="000829D2">
            <w:pPr>
              <w:spacing w:after="0"/>
              <w:rPr>
                <w:lang w:val="es-CL"/>
              </w:rPr>
            </w:pPr>
            <w:r w:rsidRPr="005250A2">
              <w:rPr>
                <w:b/>
                <w:lang w:val="es-CL"/>
              </w:rPr>
              <w:t>Técnica utilizada por ejemplo microscopía electrónica AFM o simulación computacional</w:t>
            </w:r>
          </w:p>
          <w:p w14:paraId="22567198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  <w:p w14:paraId="6950AC08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  <w:p w14:paraId="56E4AA9D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</w:tc>
      </w:tr>
      <w:tr w:rsidR="002A242C" w14:paraId="17490E6C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3E0CE46B" w14:textId="77777777" w:rsidR="002A242C" w:rsidRDefault="000829D2">
            <w:pPr>
              <w:spacing w:after="0"/>
            </w:pPr>
            <w:r>
              <w:rPr>
                <w:b/>
              </w:rPr>
              <w:t xml:space="preserve">Nombre </w:t>
            </w:r>
            <w:proofErr w:type="spellStart"/>
            <w:r>
              <w:rPr>
                <w:b/>
              </w:rPr>
              <w:t>exacto</w:t>
            </w:r>
            <w:proofErr w:type="spellEnd"/>
            <w:r>
              <w:rPr>
                <w:b/>
              </w:rPr>
              <w:t xml:space="preserve"> del </w:t>
            </w:r>
            <w:proofErr w:type="spellStart"/>
            <w:r>
              <w:rPr>
                <w:b/>
              </w:rPr>
              <w:t>archivo</w:t>
            </w:r>
            <w:proofErr w:type="spellEnd"/>
            <w:r>
              <w:rPr>
                <w:b/>
              </w:rPr>
              <w:t xml:space="preserve"> adjunto</w:t>
            </w:r>
          </w:p>
          <w:p w14:paraId="0FA3BAFC" w14:textId="77777777" w:rsidR="002A242C" w:rsidRDefault="000829D2">
            <w:r>
              <w:t xml:space="preserve"> </w:t>
            </w:r>
          </w:p>
        </w:tc>
      </w:tr>
      <w:tr w:rsidR="002A242C" w14:paraId="671DD8B6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68BAF38A" w14:textId="77777777" w:rsidR="002A242C" w:rsidRDefault="000829D2">
            <w:pPr>
              <w:spacing w:after="0"/>
            </w:pPr>
            <w:r>
              <w:rPr>
                <w:b/>
              </w:rPr>
              <w:t>Intervención artística  Sí ☐   No ☐</w:t>
            </w:r>
          </w:p>
        </w:tc>
      </w:tr>
      <w:tr w:rsidR="002A242C" w:rsidRPr="005250A2" w14:paraId="5F40B4D2" w14:textId="77777777">
        <w:trPr>
          <w:jc w:val="center"/>
        </w:trPr>
        <w:tc>
          <w:tcPr>
            <w:tcW w:w="9071" w:type="dxa"/>
            <w:tcBorders>
              <w:top w:val="single" w:sz="6" w:space="0" w:color="087CAD"/>
              <w:left w:val="single" w:sz="6" w:space="0" w:color="087CAD"/>
              <w:bottom w:val="single" w:sz="6" w:space="0" w:color="087CAD"/>
              <w:right w:val="single" w:sz="6" w:space="0" w:color="087CAD"/>
            </w:tcBorders>
            <w:tcMar>
              <w:top w:w="100" w:type="dxa"/>
              <w:left w:w="130" w:type="dxa"/>
              <w:bottom w:w="100" w:type="dxa"/>
              <w:right w:w="130" w:type="dxa"/>
            </w:tcMar>
          </w:tcPr>
          <w:p w14:paraId="7F0FA750" w14:textId="77777777" w:rsidR="002A242C" w:rsidRPr="005250A2" w:rsidRDefault="000829D2">
            <w:pPr>
              <w:spacing w:after="0"/>
              <w:rPr>
                <w:lang w:val="es-CL"/>
              </w:rPr>
            </w:pPr>
            <w:r w:rsidRPr="005250A2">
              <w:rPr>
                <w:b/>
                <w:lang w:val="es-CL"/>
              </w:rPr>
              <w:t>Si respondió Sí indique brevemente qué elementos fueron intervenidos</w:t>
            </w:r>
          </w:p>
          <w:p w14:paraId="1692A92B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  <w:p w14:paraId="137088E7" w14:textId="77777777" w:rsidR="002A242C" w:rsidRPr="005250A2" w:rsidRDefault="000829D2">
            <w:pPr>
              <w:rPr>
                <w:lang w:val="es-CL"/>
              </w:rPr>
            </w:pPr>
            <w:r w:rsidRPr="005250A2">
              <w:rPr>
                <w:lang w:val="es-CL"/>
              </w:rPr>
              <w:t xml:space="preserve"> </w:t>
            </w:r>
          </w:p>
        </w:tc>
      </w:tr>
    </w:tbl>
    <w:p w14:paraId="7B3E42BA" w14:textId="77777777" w:rsidR="00BC395D" w:rsidRDefault="00BC395D">
      <w:pPr>
        <w:rPr>
          <w:b/>
          <w:lang w:val="es-CL"/>
        </w:rPr>
      </w:pPr>
    </w:p>
    <w:p w14:paraId="5065D140" w14:textId="4A3F8AA2" w:rsidR="002A242C" w:rsidRPr="005250A2" w:rsidRDefault="000829D2">
      <w:pPr>
        <w:rPr>
          <w:lang w:val="es-CL"/>
        </w:rPr>
      </w:pPr>
      <w:r w:rsidRPr="005250A2">
        <w:rPr>
          <w:b/>
          <w:lang w:val="es-CL"/>
        </w:rPr>
        <w:t xml:space="preserve">Archivos que debe adjuntar. </w:t>
      </w:r>
      <w:r w:rsidRPr="005250A2">
        <w:rPr>
          <w:lang w:val="es-CL"/>
        </w:rPr>
        <w:t xml:space="preserve">Archivo JPG o PNG </w:t>
      </w:r>
      <w:proofErr w:type="gramStart"/>
      <w:r w:rsidRPr="005250A2">
        <w:rPr>
          <w:lang w:val="es-CL"/>
        </w:rPr>
        <w:t xml:space="preserve">en </w:t>
      </w:r>
      <w:r w:rsidR="00BC395D">
        <w:rPr>
          <w:lang w:val="es-CL"/>
        </w:rPr>
        <w:t xml:space="preserve"> alta</w:t>
      </w:r>
      <w:proofErr w:type="gramEnd"/>
      <w:r w:rsidR="00BC395D">
        <w:rPr>
          <w:lang w:val="es-CL"/>
        </w:rPr>
        <w:t xml:space="preserve"> </w:t>
      </w:r>
      <w:r w:rsidRPr="005250A2">
        <w:rPr>
          <w:lang w:val="es-CL"/>
        </w:rPr>
        <w:t>resolución</w:t>
      </w:r>
      <w:r w:rsidR="00BC395D">
        <w:rPr>
          <w:lang w:val="es-CL"/>
        </w:rPr>
        <w:t>. Incluya también la versión original.</w:t>
      </w:r>
    </w:p>
    <w:p w14:paraId="6D1972D7" w14:textId="77777777" w:rsidR="002A242C" w:rsidRPr="005250A2" w:rsidRDefault="000829D2">
      <w:pPr>
        <w:pStyle w:val="Ttulo1"/>
        <w:rPr>
          <w:lang w:val="es-CL"/>
        </w:rPr>
      </w:pPr>
      <w:r w:rsidRPr="005250A2">
        <w:rPr>
          <w:lang w:val="es-CL"/>
        </w:rPr>
        <w:t>4 Declaración y autorización</w:t>
      </w:r>
    </w:p>
    <w:p w14:paraId="0457A635" w14:textId="77777777" w:rsidR="002A242C" w:rsidRPr="005250A2" w:rsidRDefault="000829D2">
      <w:pPr>
        <w:rPr>
          <w:lang w:val="es-CL"/>
        </w:rPr>
      </w:pPr>
      <w:r w:rsidRPr="005250A2">
        <w:rPr>
          <w:lang w:val="es-CL"/>
        </w:rPr>
        <w:t>Declaro que la imagen o las imágenes presentadas son inéditas y de mi autoría o coautoría, que cuento con la autorización de todas las personas coautoras y que la información entregada es veraz. Acepto las Bases del Concurso Imágenes CEDENNA 2026 y autorizo a CEDENNA a usar, reproducir, editar y adaptar las imágenes y sus textos para fines de divulgación científica, difusión institucional y archivo histórico, siempre con el debido crédito de autoría.</w:t>
      </w:r>
    </w:p>
    <w:p w14:paraId="318FFBB9" w14:textId="77777777" w:rsidR="002A242C" w:rsidRPr="005250A2" w:rsidRDefault="000829D2">
      <w:pPr>
        <w:spacing w:before="360"/>
        <w:rPr>
          <w:lang w:val="es-CL"/>
        </w:rPr>
      </w:pPr>
      <w:r w:rsidRPr="005250A2">
        <w:rPr>
          <w:b/>
          <w:lang w:val="es-CL"/>
        </w:rPr>
        <w:t xml:space="preserve">Nombre de la persona autora </w:t>
      </w:r>
      <w:proofErr w:type="gramStart"/>
      <w:r w:rsidRPr="005250A2">
        <w:rPr>
          <w:b/>
          <w:lang w:val="es-CL"/>
        </w:rPr>
        <w:t xml:space="preserve">principal  </w:t>
      </w:r>
      <w:r w:rsidRPr="005250A2">
        <w:rPr>
          <w:lang w:val="es-CL"/>
        </w:rPr>
        <w:t>_</w:t>
      </w:r>
      <w:proofErr w:type="gramEnd"/>
      <w:r w:rsidRPr="005250A2">
        <w:rPr>
          <w:lang w:val="es-CL"/>
        </w:rPr>
        <w:t>_______________________________________</w:t>
      </w:r>
    </w:p>
    <w:p w14:paraId="7BB8B215" w14:textId="77777777" w:rsidR="002A242C" w:rsidRPr="005250A2" w:rsidRDefault="000829D2">
      <w:pPr>
        <w:rPr>
          <w:lang w:val="es-CL"/>
        </w:rPr>
      </w:pPr>
      <w:r w:rsidRPr="005250A2">
        <w:rPr>
          <w:b/>
          <w:lang w:val="es-CL"/>
        </w:rPr>
        <w:t xml:space="preserve">Firma digital o </w:t>
      </w:r>
      <w:proofErr w:type="gramStart"/>
      <w:r w:rsidRPr="005250A2">
        <w:rPr>
          <w:b/>
          <w:lang w:val="es-CL"/>
        </w:rPr>
        <w:t xml:space="preserve">manuscrita  </w:t>
      </w:r>
      <w:r w:rsidRPr="005250A2">
        <w:rPr>
          <w:lang w:val="es-CL"/>
        </w:rPr>
        <w:t>_</w:t>
      </w:r>
      <w:proofErr w:type="gramEnd"/>
      <w:r w:rsidRPr="005250A2">
        <w:rPr>
          <w:lang w:val="es-CL"/>
        </w:rPr>
        <w:t>_______________________________________</w:t>
      </w:r>
    </w:p>
    <w:p w14:paraId="7794D393" w14:textId="77777777" w:rsidR="002A242C" w:rsidRDefault="000829D2">
      <w:pPr>
        <w:rPr>
          <w:lang w:val="es-CL"/>
        </w:rPr>
      </w:pPr>
      <w:proofErr w:type="gramStart"/>
      <w:r w:rsidRPr="005250A2">
        <w:rPr>
          <w:b/>
          <w:lang w:val="es-CL"/>
        </w:rPr>
        <w:t xml:space="preserve">Fecha  </w:t>
      </w:r>
      <w:r w:rsidRPr="005250A2">
        <w:rPr>
          <w:lang w:val="es-CL"/>
        </w:rPr>
        <w:t>_</w:t>
      </w:r>
      <w:proofErr w:type="gramEnd"/>
      <w:r w:rsidRPr="005250A2">
        <w:rPr>
          <w:lang w:val="es-CL"/>
        </w:rPr>
        <w:t>___ / ____ / 2026</w:t>
      </w:r>
    </w:p>
    <w:p w14:paraId="04266255" w14:textId="77777777" w:rsidR="00BC395D" w:rsidRPr="00BC395D" w:rsidRDefault="00BC395D" w:rsidP="00BC395D">
      <w:pPr>
        <w:rPr>
          <w:lang w:val="es-CL"/>
        </w:rPr>
      </w:pPr>
    </w:p>
    <w:p w14:paraId="6EC8C9FF" w14:textId="77777777" w:rsidR="00BC395D" w:rsidRPr="00BC395D" w:rsidRDefault="00BC395D" w:rsidP="00BC395D">
      <w:pPr>
        <w:rPr>
          <w:lang w:val="es-CL"/>
        </w:rPr>
      </w:pPr>
    </w:p>
    <w:p w14:paraId="45CDD92A" w14:textId="77777777" w:rsidR="00BC395D" w:rsidRPr="00BC395D" w:rsidRDefault="00BC395D" w:rsidP="00BC395D">
      <w:pPr>
        <w:rPr>
          <w:lang w:val="es-CL"/>
        </w:rPr>
      </w:pPr>
    </w:p>
    <w:p w14:paraId="79206E30" w14:textId="6C30241E" w:rsidR="00BC395D" w:rsidRPr="00BC395D" w:rsidRDefault="00BC395D" w:rsidP="00BC395D">
      <w:pPr>
        <w:tabs>
          <w:tab w:val="left" w:pos="6528"/>
        </w:tabs>
        <w:rPr>
          <w:lang w:val="es-CL"/>
        </w:rPr>
      </w:pPr>
      <w:r>
        <w:rPr>
          <w:lang w:val="es-CL"/>
        </w:rPr>
        <w:tab/>
      </w:r>
    </w:p>
    <w:sectPr w:rsidR="00BC395D" w:rsidRPr="00BC395D" w:rsidSect="00034616">
      <w:footerReference w:type="default" r:id="rId9"/>
      <w:pgSz w:w="12240" w:h="15840"/>
      <w:pgMar w:top="794" w:right="1247" w:bottom="85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B2D603" w14:textId="77777777" w:rsidR="000829D2" w:rsidRDefault="000829D2">
      <w:pPr>
        <w:spacing w:after="0" w:line="240" w:lineRule="auto"/>
      </w:pPr>
      <w:r>
        <w:separator/>
      </w:r>
    </w:p>
  </w:endnote>
  <w:endnote w:type="continuationSeparator" w:id="0">
    <w:p w14:paraId="09D38C38" w14:textId="77777777" w:rsidR="000829D2" w:rsidRDefault="000829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65D39" w14:textId="38063DC7" w:rsidR="002A242C" w:rsidRPr="005250A2" w:rsidRDefault="000829D2">
    <w:pPr>
      <w:pStyle w:val="Piedepgina"/>
      <w:jc w:val="center"/>
      <w:rPr>
        <w:lang w:val="es-CL"/>
      </w:rPr>
    </w:pPr>
    <w:r w:rsidRPr="005250A2">
      <w:rPr>
        <w:color w:val="5A5A5A"/>
        <w:sz w:val="16"/>
        <w:lang w:val="es-CL"/>
      </w:rPr>
      <w:t>Concurso Imágenes CEDENNA 2026 | comunicaciones.cedenna@</w:t>
    </w:r>
    <w:r w:rsidR="00BC395D">
      <w:rPr>
        <w:color w:val="5A5A5A"/>
        <w:sz w:val="16"/>
        <w:lang w:val="es-CL"/>
      </w:rPr>
      <w:t>mail.udp.</w:t>
    </w:r>
    <w:r w:rsidRPr="005250A2">
      <w:rPr>
        <w:color w:val="5A5A5A"/>
        <w:sz w:val="16"/>
        <w:lang w:val="es-CL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704B0" w14:textId="77777777" w:rsidR="000829D2" w:rsidRDefault="000829D2">
      <w:pPr>
        <w:spacing w:after="0" w:line="240" w:lineRule="auto"/>
      </w:pPr>
      <w:r>
        <w:separator/>
      </w:r>
    </w:p>
  </w:footnote>
  <w:footnote w:type="continuationSeparator" w:id="0">
    <w:p w14:paraId="17DDD2F4" w14:textId="77777777" w:rsidR="000829D2" w:rsidRDefault="000829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07451588">
    <w:abstractNumId w:val="8"/>
  </w:num>
  <w:num w:numId="2" w16cid:durableId="2028437205">
    <w:abstractNumId w:val="6"/>
  </w:num>
  <w:num w:numId="3" w16cid:durableId="1207833800">
    <w:abstractNumId w:val="5"/>
  </w:num>
  <w:num w:numId="4" w16cid:durableId="743911630">
    <w:abstractNumId w:val="4"/>
  </w:num>
  <w:num w:numId="5" w16cid:durableId="1766227027">
    <w:abstractNumId w:val="7"/>
  </w:num>
  <w:num w:numId="6" w16cid:durableId="1107044111">
    <w:abstractNumId w:val="3"/>
  </w:num>
  <w:num w:numId="7" w16cid:durableId="1679842956">
    <w:abstractNumId w:val="2"/>
  </w:num>
  <w:num w:numId="8" w16cid:durableId="1251039036">
    <w:abstractNumId w:val="1"/>
  </w:num>
  <w:num w:numId="9" w16cid:durableId="2101288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829D2"/>
    <w:rsid w:val="0015074B"/>
    <w:rsid w:val="0029639D"/>
    <w:rsid w:val="002A242C"/>
    <w:rsid w:val="00326F90"/>
    <w:rsid w:val="005250A2"/>
    <w:rsid w:val="007C446E"/>
    <w:rsid w:val="00AA1D8D"/>
    <w:rsid w:val="00B47730"/>
    <w:rsid w:val="00BC395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03805908-EEC9-4C96-B095-1547F00A0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Aptos" w:hAnsi="Aptos"/>
      <w:color w:val="000000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sz w:val="26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sz w:val="22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Carmen Luz Ibarra</cp:lastModifiedBy>
  <cp:revision>3</cp:revision>
  <dcterms:created xsi:type="dcterms:W3CDTF">2013-12-23T23:15:00Z</dcterms:created>
  <dcterms:modified xsi:type="dcterms:W3CDTF">2026-09-05T15:26:00Z</dcterms:modified>
  <cp:category/>
</cp:coreProperties>
</file>